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5A375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sz w:val="28"/>
          <w:lang w:val="pt-BR"/>
        </w:rPr>
        <w:t>CENTRO UNIVERSITÁRIO ALFREDO NASSER – UNIFAN</w:t>
      </w:r>
    </w:p>
    <w:p w14:paraId="6BDCAEC5" w14:textId="210FD46F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sz w:val="28"/>
          <w:lang w:val="pt-BR"/>
        </w:rPr>
        <w:t>PLANO DE TRABALHO</w:t>
      </w:r>
    </w:p>
    <w:p w14:paraId="0C29B1A8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sz w:val="22"/>
          <w:lang w:val="pt-BR"/>
        </w:rPr>
        <w:t>Programa Institucional de Bolsas de Iniciação Científica (PIBIC) e Voluntariado em Pesquisa (PIVIC)</w:t>
      </w:r>
    </w:p>
    <w:p w14:paraId="369137B3" w14:textId="77777777" w:rsidR="00250C3B" w:rsidRPr="00023975" w:rsidRDefault="00250C3B" w:rsidP="002C5251">
      <w:pPr>
        <w:jc w:val="both"/>
        <w:rPr>
          <w:lang w:val="pt-BR"/>
        </w:rPr>
      </w:pPr>
    </w:p>
    <w:p w14:paraId="7C12944F" w14:textId="77777777" w:rsidR="00250C3B" w:rsidRPr="00023975" w:rsidRDefault="00055877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ORIENTAÇÕES AO(À) CANDIDATO(A)</w:t>
      </w:r>
    </w:p>
    <w:p w14:paraId="6FD08312" w14:textId="77777777" w:rsidR="00250C3B" w:rsidRPr="00023975" w:rsidRDefault="00055877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lang w:val="pt-BR"/>
        </w:rPr>
      </w:pPr>
      <w:r w:rsidRPr="00023975">
        <w:rPr>
          <w:lang w:val="pt-BR"/>
        </w:rPr>
        <w:t>Este documento constitui um modelo para elaboração do Plano de Trabalho do(a) estudante. O conteúdo deve ser produzido pelo(a) próprio(a) candidato(a), com base no projeto de pesquisa ao qual pretende se vincular.</w:t>
      </w:r>
    </w:p>
    <w:p w14:paraId="2D414ACB" w14:textId="77777777" w:rsidR="00250C3B" w:rsidRPr="00023975" w:rsidRDefault="00055877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lang w:val="pt-BR"/>
        </w:rPr>
      </w:pPr>
      <w:r w:rsidRPr="00023975">
        <w:rPr>
          <w:lang w:val="pt-BR"/>
        </w:rPr>
        <w:t>O Plano de Trabalho deve demonstrar, de forma objetiva e fundamentada, a relação entre o(a) estudante, o projeto escolhido, as atividades que serão desenvolvidas e sua contribuição para a pesquisa e para sua formação acadêmico-científica.</w:t>
      </w:r>
    </w:p>
    <w:p w14:paraId="3CDF0DF6" w14:textId="77777777" w:rsidR="00250C3B" w:rsidRPr="00023975" w:rsidRDefault="00055877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lang w:val="pt-BR"/>
        </w:rPr>
      </w:pPr>
      <w:r w:rsidRPr="00023975">
        <w:rPr>
          <w:lang w:val="pt-BR"/>
        </w:rPr>
        <w:t>Não se deve simplesmente reproduzir o texto do projeto de pesquisa. O(a) candidato(a) deve apresentar uma proposta própria de atuação discente, compatível com os objetivos, objeto, metodologia e cronograma do projeto indicado.</w:t>
      </w:r>
    </w:p>
    <w:p w14:paraId="54276364" w14:textId="77777777" w:rsidR="00250C3B" w:rsidRDefault="00055877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lang w:val="pt-BR"/>
        </w:rPr>
      </w:pPr>
      <w:r w:rsidRPr="00023975">
        <w:rPr>
          <w:lang w:val="pt-BR"/>
        </w:rPr>
        <w:t>Preencha os campos indicados e substitua os textos orientativos pelos conteúdos de sua autoria. As perguntas-guia servem apenas para auxiliar a elaboração e não precisam ser mantidas na versão final.</w:t>
      </w:r>
    </w:p>
    <w:p w14:paraId="09BC8C6F" w14:textId="73CE392F" w:rsidR="00023975" w:rsidRDefault="00023975" w:rsidP="002C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lang w:val="pt-BR"/>
        </w:rPr>
      </w:pPr>
      <w:r>
        <w:rPr>
          <w:lang w:val="pt-BR"/>
        </w:rPr>
        <w:t>Ao preencher retire estas instruções.</w:t>
      </w:r>
    </w:p>
    <w:p w14:paraId="21FDECA7" w14:textId="34B4E6BF" w:rsidR="008D3706" w:rsidRDefault="008D3706" w:rsidP="002C5251">
      <w:pPr>
        <w:spacing w:after="200" w:line="276" w:lineRule="auto"/>
        <w:jc w:val="both"/>
        <w:rPr>
          <w:lang w:val="pt-BR"/>
        </w:rPr>
      </w:pPr>
      <w:r>
        <w:rPr>
          <w:lang w:val="pt-BR"/>
        </w:rPr>
        <w:br w:type="page"/>
      </w:r>
    </w:p>
    <w:p w14:paraId="1B05032F" w14:textId="77777777" w:rsidR="00023975" w:rsidRPr="00023975" w:rsidRDefault="00023975" w:rsidP="002C5251">
      <w:pPr>
        <w:ind w:firstLine="709"/>
        <w:jc w:val="both"/>
        <w:rPr>
          <w:lang w:val="pt-BR"/>
        </w:rPr>
      </w:pPr>
    </w:p>
    <w:p w14:paraId="061CE90B" w14:textId="77777777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1. IDENTIFICAÇÃO DO PROJETO DE PESQUISA</w:t>
      </w:r>
    </w:p>
    <w:p w14:paraId="4C75ACB5" w14:textId="77777777" w:rsidR="001E3EAC" w:rsidRDefault="001E3EAC" w:rsidP="002C5251">
      <w:pPr>
        <w:jc w:val="both"/>
        <w:rPr>
          <w:b/>
          <w:lang w:val="pt-BR"/>
        </w:rPr>
      </w:pPr>
    </w:p>
    <w:p w14:paraId="1E250C30" w14:textId="5CB5FB4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Título do projeto de pesquisa: </w:t>
      </w:r>
      <w:r w:rsidRPr="00023975">
        <w:rPr>
          <w:lang w:val="pt-BR"/>
        </w:rPr>
        <w:t>[Inserir o título oficial do projeto escolhido.]</w:t>
      </w:r>
    </w:p>
    <w:p w14:paraId="0E5141F7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Professor(a) responsável: </w:t>
      </w:r>
      <w:r w:rsidRPr="00023975">
        <w:rPr>
          <w:lang w:val="pt-BR"/>
        </w:rPr>
        <w:t>[Inserir o nome do(a) professor(a) responsável pelo projeto.]</w:t>
      </w:r>
    </w:p>
    <w:p w14:paraId="5E5C60DE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Área/linha de pesquisa: </w:t>
      </w:r>
      <w:r w:rsidRPr="00023975">
        <w:rPr>
          <w:lang w:val="pt-BR"/>
        </w:rPr>
        <w:t>[Inserir, quando aplicável.]</w:t>
      </w:r>
    </w:p>
    <w:p w14:paraId="18FD1113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Nome do(a) candidato(a): </w:t>
      </w:r>
      <w:r w:rsidRPr="00023975">
        <w:rPr>
          <w:lang w:val="pt-BR"/>
        </w:rPr>
        <w:t>[Inserir nome completo.]</w:t>
      </w:r>
    </w:p>
    <w:p w14:paraId="4D830168" w14:textId="77777777" w:rsidR="00217124" w:rsidRDefault="00217124" w:rsidP="002C5251">
      <w:pPr>
        <w:spacing w:before="200"/>
        <w:jc w:val="both"/>
        <w:rPr>
          <w:b/>
          <w:lang w:val="pt-BR"/>
        </w:rPr>
      </w:pPr>
    </w:p>
    <w:p w14:paraId="3F84B302" w14:textId="34DAEB56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2. AFINIDADE ACADÊMICA, TEMÁTICA OU FORMATIVA</w:t>
      </w:r>
    </w:p>
    <w:p w14:paraId="60D43AE7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Orientação: </w:t>
      </w:r>
      <w:r w:rsidRPr="00023975">
        <w:rPr>
          <w:lang w:val="pt-BR"/>
        </w:rPr>
        <w:t>Explique sua relação com o tema do projeto, indicando conhecimentos, disciplinas, experiências acadêmicas, interesses de pesquisa ou competências que justificam sua participação.</w:t>
      </w:r>
    </w:p>
    <w:p w14:paraId="48E48E54" w14:textId="77777777" w:rsidR="00250C3B" w:rsidRPr="00023975" w:rsidRDefault="00055877" w:rsidP="002C5251">
      <w:pPr>
        <w:spacing w:after="240"/>
        <w:ind w:firstLine="709"/>
        <w:jc w:val="both"/>
        <w:rPr>
          <w:lang w:val="pt-BR"/>
        </w:rPr>
      </w:pPr>
      <w:r w:rsidRPr="00023975">
        <w:rPr>
          <w:lang w:val="pt-BR"/>
        </w:rPr>
        <w:t>[Redigir aqui a afinidade acadêmica, temática ou formativa com o projeto.]</w:t>
      </w:r>
    </w:p>
    <w:p w14:paraId="0040D94A" w14:textId="77777777" w:rsidR="00217124" w:rsidRDefault="00217124" w:rsidP="002C5251">
      <w:pPr>
        <w:spacing w:before="200"/>
        <w:jc w:val="both"/>
        <w:rPr>
          <w:b/>
          <w:lang w:val="pt-BR"/>
        </w:rPr>
      </w:pPr>
    </w:p>
    <w:p w14:paraId="03350143" w14:textId="35D9D157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3. ATIVIDADES A SEREM DESENVOLVIDAS</w:t>
      </w:r>
    </w:p>
    <w:p w14:paraId="237E2B87" w14:textId="29691E72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Orientação: </w:t>
      </w:r>
      <w:r w:rsidRPr="00023975">
        <w:rPr>
          <w:lang w:val="pt-BR"/>
        </w:rPr>
        <w:t xml:space="preserve">Descreva concretamente o que pretende fazer no âmbito da pesquisa. As atividades devem ser compatíveis com os objetivos e a metodologia </w:t>
      </w:r>
      <w:r w:rsidR="00914BEE">
        <w:rPr>
          <w:lang w:val="pt-BR"/>
        </w:rPr>
        <w:t>e com o cronograma d</w:t>
      </w:r>
      <w:r w:rsidRPr="00023975">
        <w:rPr>
          <w:lang w:val="pt-BR"/>
        </w:rPr>
        <w:t>o projeto</w:t>
      </w:r>
      <w:r w:rsidR="00914BEE">
        <w:rPr>
          <w:lang w:val="pt-BR"/>
        </w:rPr>
        <w:t xml:space="preserve"> ou das ações da instituição</w:t>
      </w:r>
      <w:r w:rsidRPr="00023975">
        <w:rPr>
          <w:lang w:val="pt-BR"/>
        </w:rPr>
        <w:t>.</w:t>
      </w:r>
    </w:p>
    <w:p w14:paraId="3A5898C3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1. </w:t>
      </w:r>
      <w:r w:rsidRPr="00023975">
        <w:rPr>
          <w:lang w:val="pt-BR"/>
        </w:rPr>
        <w:t>[Descrever a atividade que será desenvolvida.]</w:t>
      </w:r>
    </w:p>
    <w:p w14:paraId="73E93C97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2. </w:t>
      </w:r>
      <w:r w:rsidRPr="00023975">
        <w:rPr>
          <w:lang w:val="pt-BR"/>
        </w:rPr>
        <w:t>[Descrever a atividade que será desenvolvida.]</w:t>
      </w:r>
    </w:p>
    <w:p w14:paraId="55C65F32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3. </w:t>
      </w:r>
      <w:r w:rsidRPr="00023975">
        <w:rPr>
          <w:lang w:val="pt-BR"/>
        </w:rPr>
        <w:t>[Descrever a atividade que será desenvolvida.]</w:t>
      </w:r>
    </w:p>
    <w:p w14:paraId="363EE232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4. </w:t>
      </w:r>
      <w:r w:rsidRPr="00023975">
        <w:rPr>
          <w:lang w:val="pt-BR"/>
        </w:rPr>
        <w:t>[Descrever a atividade que será desenvolvida.]</w:t>
      </w:r>
    </w:p>
    <w:p w14:paraId="761F2F7A" w14:textId="77777777" w:rsidR="00217124" w:rsidRDefault="00217124" w:rsidP="002C5251">
      <w:pPr>
        <w:spacing w:before="200"/>
        <w:jc w:val="both"/>
        <w:rPr>
          <w:b/>
          <w:lang w:val="pt-BR"/>
        </w:rPr>
      </w:pPr>
    </w:p>
    <w:p w14:paraId="25787A9F" w14:textId="52DCA7D3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4. PROCEDIMENTOS, ESTRATÉGIAS E ETAPAS DE TRABALHO</w:t>
      </w:r>
    </w:p>
    <w:p w14:paraId="1A04F32A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Orientação: </w:t>
      </w:r>
      <w:r w:rsidRPr="00023975">
        <w:rPr>
          <w:lang w:val="pt-BR"/>
        </w:rPr>
        <w:t>Indique como as atividades serão executadas, quais procedimentos serão utilizados e, quando pertinente, como serão organizadas ao longo do período de desenvolvimento da pesquisa.</w:t>
      </w:r>
    </w:p>
    <w:p w14:paraId="4AF15E16" w14:textId="77777777" w:rsidR="00250C3B" w:rsidRPr="00023975" w:rsidRDefault="00055877" w:rsidP="002C5251">
      <w:pPr>
        <w:ind w:firstLine="709"/>
        <w:jc w:val="both"/>
        <w:rPr>
          <w:lang w:val="pt-BR"/>
        </w:rPr>
      </w:pPr>
      <w:r w:rsidRPr="00023975">
        <w:rPr>
          <w:lang w:val="pt-BR"/>
        </w:rPr>
        <w:t>[Descrever os procedimentos, estratégias e etapas de trabalho.]</w:t>
      </w:r>
    </w:p>
    <w:p w14:paraId="70A786A0" w14:textId="77777777" w:rsidR="00217124" w:rsidRDefault="00217124" w:rsidP="002C5251">
      <w:pPr>
        <w:spacing w:before="200"/>
        <w:jc w:val="both"/>
        <w:rPr>
          <w:b/>
          <w:lang w:val="pt-BR"/>
        </w:rPr>
      </w:pPr>
    </w:p>
    <w:p w14:paraId="28B344F1" w14:textId="256D6424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5. RELEVÂNCIA CIENTÍFICA, ACADÊMICA, SOCIAL E LOCAL/REGIONAL</w:t>
      </w:r>
    </w:p>
    <w:p w14:paraId="006887F4" w14:textId="283036E0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Orientação: </w:t>
      </w:r>
      <w:r w:rsidRPr="00023975">
        <w:rPr>
          <w:lang w:val="pt-BR"/>
        </w:rPr>
        <w:t xml:space="preserve">Apresente </w:t>
      </w:r>
      <w:r w:rsidR="001E3EAC" w:rsidRPr="00023975">
        <w:rPr>
          <w:lang w:val="pt-BR"/>
        </w:rPr>
        <w:t>porque</w:t>
      </w:r>
      <w:r w:rsidRPr="00023975">
        <w:rPr>
          <w:lang w:val="pt-BR"/>
        </w:rPr>
        <w:t xml:space="preserve"> a pesquisa é relevante. Relacione sua importância à produção de conhecimento, à formação acadêmica, a problemas sociais ou, quando pertinente, à realidade local ou regional.</w:t>
      </w:r>
    </w:p>
    <w:p w14:paraId="45344A2C" w14:textId="77777777" w:rsidR="00250C3B" w:rsidRPr="00023975" w:rsidRDefault="00055877" w:rsidP="002C5251">
      <w:pPr>
        <w:ind w:firstLine="709"/>
        <w:jc w:val="both"/>
        <w:rPr>
          <w:lang w:val="pt-BR"/>
        </w:rPr>
      </w:pPr>
      <w:r w:rsidRPr="00023975">
        <w:rPr>
          <w:lang w:val="pt-BR"/>
        </w:rPr>
        <w:t>[Apresentar a relevância da pesquisa e seus possíveis impactos ou contribuições.]</w:t>
      </w:r>
    </w:p>
    <w:p w14:paraId="066F839E" w14:textId="77777777" w:rsidR="003C0182" w:rsidRDefault="003C0182" w:rsidP="002C5251">
      <w:pPr>
        <w:spacing w:before="200"/>
        <w:jc w:val="both"/>
        <w:rPr>
          <w:b/>
          <w:lang w:val="pt-BR"/>
        </w:rPr>
      </w:pPr>
    </w:p>
    <w:p w14:paraId="020E4C1D" w14:textId="0AA56710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6. CONTRIBUIÇÕES ESPERADAS</w:t>
      </w:r>
    </w:p>
    <w:p w14:paraId="798A9307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b/>
          <w:lang w:val="pt-BR"/>
        </w:rPr>
        <w:t xml:space="preserve">Orientação: </w:t>
      </w:r>
      <w:r w:rsidRPr="00023975">
        <w:rPr>
          <w:lang w:val="pt-BR"/>
        </w:rPr>
        <w:t>Explique de que maneira sua participação poderá contribuir para o desenvolvimento do projeto e quais aprendizagens, competências e experiências acadêmico-científicas espera desenvolver.</w:t>
      </w:r>
    </w:p>
    <w:p w14:paraId="543770F9" w14:textId="77777777" w:rsidR="00250C3B" w:rsidRPr="00023975" w:rsidRDefault="00055877" w:rsidP="002C5251">
      <w:pPr>
        <w:ind w:firstLine="709"/>
        <w:jc w:val="both"/>
        <w:rPr>
          <w:lang w:val="pt-BR"/>
        </w:rPr>
      </w:pPr>
      <w:r w:rsidRPr="00023975">
        <w:rPr>
          <w:lang w:val="pt-BR"/>
        </w:rPr>
        <w:t>[Descrever as contribuições esperadas para o projeto e para sua formação.]</w:t>
      </w:r>
    </w:p>
    <w:p w14:paraId="7E83901B" w14:textId="77777777" w:rsidR="003C0182" w:rsidRDefault="003C0182" w:rsidP="002C5251">
      <w:pPr>
        <w:spacing w:before="200"/>
        <w:jc w:val="both"/>
        <w:rPr>
          <w:b/>
          <w:lang w:val="pt-BR"/>
        </w:rPr>
      </w:pPr>
    </w:p>
    <w:p w14:paraId="5C7509ED" w14:textId="7A5DD036" w:rsidR="00EE2E2A" w:rsidRDefault="00EE2E2A">
      <w:pPr>
        <w:spacing w:after="200" w:line="276" w:lineRule="auto"/>
        <w:rPr>
          <w:b/>
          <w:lang w:val="pt-BR"/>
        </w:rPr>
      </w:pPr>
      <w:r>
        <w:rPr>
          <w:b/>
          <w:lang w:val="pt-BR"/>
        </w:rPr>
        <w:br w:type="page"/>
      </w:r>
    </w:p>
    <w:p w14:paraId="7C09A0FF" w14:textId="77777777" w:rsidR="003C0182" w:rsidRDefault="003C0182" w:rsidP="002C5251">
      <w:pPr>
        <w:spacing w:before="200"/>
        <w:jc w:val="both"/>
        <w:rPr>
          <w:b/>
          <w:lang w:val="pt-BR"/>
        </w:rPr>
      </w:pPr>
    </w:p>
    <w:p w14:paraId="731D046E" w14:textId="183C4D7A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8. CRITÉRIOS DE AVALIAÇÃO DO PLANO DE TRABALHO</w:t>
      </w:r>
    </w:p>
    <w:p w14:paraId="3B3FD2F1" w14:textId="3DFD38AF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A tabela abaixo reproduz os critérios de avaliação utilizados para orientar a elaboração do Plano de Trabalho. Ela é apresentada como referência ao(à) candidato(a) e não deve ser preenchida pelo(a) estudante.</w:t>
      </w:r>
      <w:r w:rsidR="009F11EC">
        <w:rPr>
          <w:lang w:val="pt-BR"/>
        </w:rPr>
        <w:t xml:space="preserve"> Exclua a tabela </w:t>
      </w:r>
      <w:r w:rsidR="001E3EAC">
        <w:rPr>
          <w:lang w:val="pt-BR"/>
        </w:rPr>
        <w:t>antes de enviar o Plano de Trabalho.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736"/>
        <w:gridCol w:w="647"/>
        <w:gridCol w:w="2713"/>
        <w:gridCol w:w="3589"/>
      </w:tblGrid>
      <w:tr w:rsidR="00250C3B" w:rsidRPr="00023975" w14:paraId="6CCF2303" w14:textId="77777777">
        <w:trPr>
          <w:jc w:val="center"/>
        </w:trPr>
        <w:tc>
          <w:tcPr>
            <w:tcW w:w="2268" w:type="dxa"/>
            <w:vAlign w:val="center"/>
          </w:tcPr>
          <w:p w14:paraId="1A8C3F72" w14:textId="77777777" w:rsidR="00250C3B" w:rsidRDefault="00055877" w:rsidP="002C5251">
            <w:pPr>
              <w:jc w:val="both"/>
            </w:pPr>
            <w:r>
              <w:rPr>
                <w:b/>
                <w:sz w:val="18"/>
              </w:rPr>
              <w:t>Critério de Avaliação</w:t>
            </w:r>
          </w:p>
        </w:tc>
        <w:tc>
          <w:tcPr>
            <w:tcW w:w="794" w:type="dxa"/>
            <w:vAlign w:val="center"/>
          </w:tcPr>
          <w:p w14:paraId="116AAE5E" w14:textId="77777777" w:rsidR="00250C3B" w:rsidRDefault="00055877" w:rsidP="002C5251">
            <w:pPr>
              <w:jc w:val="both"/>
            </w:pPr>
            <w:r>
              <w:rPr>
                <w:b/>
                <w:sz w:val="18"/>
              </w:rPr>
              <w:t>Nota</w:t>
            </w:r>
          </w:p>
        </w:tc>
        <w:tc>
          <w:tcPr>
            <w:tcW w:w="624" w:type="dxa"/>
            <w:vAlign w:val="center"/>
          </w:tcPr>
          <w:p w14:paraId="44AFF73B" w14:textId="77777777" w:rsidR="00250C3B" w:rsidRDefault="00055877" w:rsidP="002C5251">
            <w:pPr>
              <w:jc w:val="both"/>
            </w:pPr>
            <w:r>
              <w:rPr>
                <w:b/>
                <w:sz w:val="18"/>
              </w:rPr>
              <w:t>Peso</w:t>
            </w:r>
          </w:p>
        </w:tc>
        <w:tc>
          <w:tcPr>
            <w:tcW w:w="3402" w:type="dxa"/>
            <w:vAlign w:val="center"/>
          </w:tcPr>
          <w:p w14:paraId="2DAC7D48" w14:textId="77777777" w:rsidR="00250C3B" w:rsidRDefault="00055877" w:rsidP="002C5251">
            <w:pPr>
              <w:jc w:val="both"/>
            </w:pPr>
            <w:r>
              <w:rPr>
                <w:b/>
                <w:sz w:val="18"/>
              </w:rPr>
              <w:t>Descrição do Indicador</w:t>
            </w:r>
          </w:p>
        </w:tc>
        <w:tc>
          <w:tcPr>
            <w:tcW w:w="4535" w:type="dxa"/>
            <w:vAlign w:val="center"/>
          </w:tcPr>
          <w:p w14:paraId="4D4F0DBE" w14:textId="77777777" w:rsidR="00250C3B" w:rsidRPr="00023975" w:rsidRDefault="00055877" w:rsidP="002C5251">
            <w:pPr>
              <w:jc w:val="both"/>
              <w:rPr>
                <w:lang w:val="pt-BR"/>
              </w:rPr>
            </w:pPr>
            <w:r w:rsidRPr="00023975">
              <w:rPr>
                <w:b/>
                <w:sz w:val="18"/>
                <w:lang w:val="pt-BR"/>
              </w:rPr>
              <w:t>Parâmetros para atribuição da nota</w:t>
            </w:r>
          </w:p>
        </w:tc>
      </w:tr>
      <w:tr w:rsidR="00250C3B" w:rsidRPr="00023975" w14:paraId="622C87EC" w14:textId="77777777">
        <w:trPr>
          <w:jc w:val="center"/>
        </w:trPr>
        <w:tc>
          <w:tcPr>
            <w:tcW w:w="2268" w:type="dxa"/>
          </w:tcPr>
          <w:p w14:paraId="617F26FE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1. Afinidade e aderência ao projeto de pesquisa indicado</w:t>
            </w:r>
          </w:p>
        </w:tc>
        <w:tc>
          <w:tcPr>
            <w:tcW w:w="794" w:type="dxa"/>
          </w:tcPr>
          <w:p w14:paraId="6607D6AE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0 a 10</w:t>
            </w:r>
          </w:p>
        </w:tc>
        <w:tc>
          <w:tcPr>
            <w:tcW w:w="624" w:type="dxa"/>
          </w:tcPr>
          <w:p w14:paraId="55C3CD71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3</w:t>
            </w:r>
          </w:p>
        </w:tc>
        <w:tc>
          <w:tcPr>
            <w:tcW w:w="3402" w:type="dxa"/>
          </w:tcPr>
          <w:p w14:paraId="53AD4808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Avalia o grau de compreensão do(a) candidato(a) acerca do projeto de pesquisa escolhido, bem como a coerência entre sua formação, seus interesses acadêmicos, suas experiências e as atividades que pretende desenvolver. Considera, ainda, a capacidade de demonstrar efetiva vinculação entre o Plano de Trabalho e os objetivos, objeto e temática do projeto indicado.</w:t>
            </w:r>
          </w:p>
        </w:tc>
        <w:tc>
          <w:tcPr>
            <w:tcW w:w="4535" w:type="dxa"/>
          </w:tcPr>
          <w:p w14:paraId="39B14EE5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Nota 10: demonstra compreensão precisa do projeto, forte afinidade temática e acadêmica e apresenta atividades diretamente articuladas aos seus objetivos.</w:t>
            </w:r>
            <w:r w:rsidRPr="00023975">
              <w:rPr>
                <w:sz w:val="16"/>
                <w:lang w:val="pt-BR"/>
              </w:rPr>
              <w:br/>
              <w:t>Nota 5: demonstra compreensão geral do projeto e afinidade parcial, porém apresenta articulação genérica ou insuficientemente desenvolvida.</w:t>
            </w:r>
            <w:r w:rsidRPr="00023975">
              <w:rPr>
                <w:sz w:val="16"/>
                <w:lang w:val="pt-BR"/>
              </w:rPr>
              <w:br/>
              <w:t>Nota 0: não demonstra compreensão do projeto, apresenta incompatibilidade temática ou propõe atividades sem relação com a pesquisa indicada.</w:t>
            </w:r>
          </w:p>
        </w:tc>
      </w:tr>
      <w:tr w:rsidR="00250C3B" w:rsidRPr="00023975" w14:paraId="0FA21030" w14:textId="77777777">
        <w:trPr>
          <w:jc w:val="center"/>
        </w:trPr>
        <w:tc>
          <w:tcPr>
            <w:tcW w:w="2268" w:type="dxa"/>
          </w:tcPr>
          <w:p w14:paraId="616755AE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2. Coerência metodológica, organização e exequibilidade do Plano de Trabalho</w:t>
            </w:r>
          </w:p>
        </w:tc>
        <w:tc>
          <w:tcPr>
            <w:tcW w:w="794" w:type="dxa"/>
          </w:tcPr>
          <w:p w14:paraId="544ED218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0 a 10</w:t>
            </w:r>
          </w:p>
        </w:tc>
        <w:tc>
          <w:tcPr>
            <w:tcW w:w="624" w:type="dxa"/>
          </w:tcPr>
          <w:p w14:paraId="6EDED369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3</w:t>
            </w:r>
          </w:p>
        </w:tc>
        <w:tc>
          <w:tcPr>
            <w:tcW w:w="3402" w:type="dxa"/>
          </w:tcPr>
          <w:p w14:paraId="7561442C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Avalia a clareza e a organização das atividades propostas, sua articulação com os objetivos do projeto, a adequação dos procedimentos de pesquisa e a viabilidade de execução das atividades durante o período de vigência do programa.</w:t>
            </w:r>
          </w:p>
        </w:tc>
        <w:tc>
          <w:tcPr>
            <w:tcW w:w="4535" w:type="dxa"/>
          </w:tcPr>
          <w:p w14:paraId="2F8154E1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Nota 10: apresenta atividades claramente definidas, metodologicamente coerentes, articuladas aos objetivos do projeto e plenamente exequíveis no período previsto.</w:t>
            </w:r>
            <w:r w:rsidRPr="00023975">
              <w:rPr>
                <w:sz w:val="16"/>
                <w:lang w:val="pt-BR"/>
              </w:rPr>
              <w:br/>
            </w:r>
            <w:r w:rsidRPr="00023975">
              <w:rPr>
                <w:sz w:val="16"/>
                <w:lang w:val="pt-BR"/>
              </w:rPr>
              <w:t>Nota 5: apresenta atividades pertinentes, mas descritas de forma genérica, com articulação metodológica parcial ou insuficiente detalhamento da execução.</w:t>
            </w:r>
            <w:r w:rsidRPr="00023975">
              <w:rPr>
                <w:sz w:val="16"/>
                <w:lang w:val="pt-BR"/>
              </w:rPr>
              <w:br/>
              <w:t>Nota 0: apresenta atividades incompatíveis com os objetivos do projeto, metodologicamente inadequadas, inexequíveis ou sem planejamento identificável.</w:t>
            </w:r>
          </w:p>
        </w:tc>
      </w:tr>
      <w:tr w:rsidR="00250C3B" w:rsidRPr="00023975" w14:paraId="6C3D5893" w14:textId="77777777">
        <w:trPr>
          <w:jc w:val="center"/>
        </w:trPr>
        <w:tc>
          <w:tcPr>
            <w:tcW w:w="2268" w:type="dxa"/>
          </w:tcPr>
          <w:p w14:paraId="5753A9BF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3. Relevância científica, impacto social e inserção local/regional</w:t>
            </w:r>
          </w:p>
        </w:tc>
        <w:tc>
          <w:tcPr>
            <w:tcW w:w="794" w:type="dxa"/>
          </w:tcPr>
          <w:p w14:paraId="3FA3F9F3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0 a 10</w:t>
            </w:r>
          </w:p>
        </w:tc>
        <w:tc>
          <w:tcPr>
            <w:tcW w:w="624" w:type="dxa"/>
          </w:tcPr>
          <w:p w14:paraId="10B8B8E5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3</w:t>
            </w:r>
          </w:p>
        </w:tc>
        <w:tc>
          <w:tcPr>
            <w:tcW w:w="3402" w:type="dxa"/>
          </w:tcPr>
          <w:p w14:paraId="1999E5F6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Avalia a capacidade do(a) candidato(a) de identificar e demonstrar a relevância acadêmico-científica da pesquisa, seus possíveis impactos sociais e sua contribuição para a compreensão, enfrentamento ou transformação de problemas e demandas da realidade local ou regional, quando compatível com o objeto investigado.</w:t>
            </w:r>
          </w:p>
        </w:tc>
        <w:tc>
          <w:tcPr>
            <w:tcW w:w="4535" w:type="dxa"/>
          </w:tcPr>
          <w:p w14:paraId="4017CDC2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Nota 10: demonstra de forma consistente a relevância científica e social da pesquisa, relacionando-a a problemas ou demandas concretas e evidenciando seu potencial de produção de conhecimento, impacto social e contribuição local ou regional.</w:t>
            </w:r>
            <w:r w:rsidRPr="00023975">
              <w:rPr>
                <w:sz w:val="16"/>
                <w:lang w:val="pt-BR"/>
              </w:rPr>
              <w:br/>
              <w:t>Nota 5: reconhece a relevância científica ou social da pesquisa, mas apresenta seus impactos de maneira genérica, abstrata ou pouco relacionada ao contexto local/regional.</w:t>
            </w:r>
            <w:r w:rsidRPr="00023975">
              <w:rPr>
                <w:sz w:val="16"/>
                <w:lang w:val="pt-BR"/>
              </w:rPr>
              <w:br/>
            </w:r>
            <w:r w:rsidRPr="00023975">
              <w:rPr>
                <w:sz w:val="16"/>
                <w:lang w:val="pt-BR"/>
              </w:rPr>
              <w:t>Nota 0: não demonstra a relevância científica ou social da pesquisa, ignora seus possíveis impactos ou apresenta justificativas desconectadas do objeto do projeto.</w:t>
            </w:r>
          </w:p>
        </w:tc>
      </w:tr>
      <w:tr w:rsidR="00250C3B" w:rsidRPr="00023975" w14:paraId="137122E7" w14:textId="77777777">
        <w:trPr>
          <w:jc w:val="center"/>
        </w:trPr>
        <w:tc>
          <w:tcPr>
            <w:tcW w:w="2268" w:type="dxa"/>
          </w:tcPr>
          <w:p w14:paraId="087BFC16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4. Clareza, coerência e qualidade técnico-acadêmica do Plano de Trabalho</w:t>
            </w:r>
          </w:p>
        </w:tc>
        <w:tc>
          <w:tcPr>
            <w:tcW w:w="794" w:type="dxa"/>
          </w:tcPr>
          <w:p w14:paraId="17829510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0 a 10</w:t>
            </w:r>
          </w:p>
        </w:tc>
        <w:tc>
          <w:tcPr>
            <w:tcW w:w="624" w:type="dxa"/>
          </w:tcPr>
          <w:p w14:paraId="079D3BB7" w14:textId="77777777" w:rsidR="00250C3B" w:rsidRDefault="00055877" w:rsidP="002C5251">
            <w:pPr>
              <w:spacing w:after="40" w:line="240" w:lineRule="auto"/>
              <w:jc w:val="both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</w:tcPr>
          <w:p w14:paraId="36089819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t>Avalia a organização argumentativa, clareza da exposição, coerência interna, coesão textual, observância da norma-padrão da língua portuguesa e emprego adequado de linguagem acadêmico-</w:t>
            </w:r>
            <w:r w:rsidRPr="00023975">
              <w:rPr>
                <w:sz w:val="16"/>
                <w:lang w:val="pt-BR"/>
              </w:rPr>
              <w:lastRenderedPageBreak/>
              <w:t>científica.</w:t>
            </w:r>
          </w:p>
        </w:tc>
        <w:tc>
          <w:tcPr>
            <w:tcW w:w="4535" w:type="dxa"/>
          </w:tcPr>
          <w:p w14:paraId="02BFCEE7" w14:textId="77777777" w:rsidR="00250C3B" w:rsidRPr="00023975" w:rsidRDefault="00055877" w:rsidP="002C5251">
            <w:pPr>
              <w:spacing w:after="40" w:line="240" w:lineRule="auto"/>
              <w:jc w:val="both"/>
              <w:rPr>
                <w:lang w:val="pt-BR"/>
              </w:rPr>
            </w:pPr>
            <w:r w:rsidRPr="00023975">
              <w:rPr>
                <w:sz w:val="16"/>
                <w:lang w:val="pt-BR"/>
              </w:rPr>
              <w:lastRenderedPageBreak/>
              <w:t>Nota 10: texto claro, objetivo, articulado e adequadamente organizado, com domínio da norma-padrão e do vocabulário acadêmico-científico.</w:t>
            </w:r>
            <w:r w:rsidRPr="00023975">
              <w:rPr>
                <w:sz w:val="16"/>
                <w:lang w:val="pt-BR"/>
              </w:rPr>
              <w:br/>
              <w:t>Nota 5: texto compreensível, porém com problemas pontuais de organização, coesão, coerência, gramática ou utilização de linguagem técnico-acadêmica.</w:t>
            </w:r>
            <w:r w:rsidRPr="00023975">
              <w:rPr>
                <w:sz w:val="16"/>
                <w:lang w:val="pt-BR"/>
              </w:rPr>
              <w:br/>
            </w:r>
            <w:r w:rsidRPr="00023975">
              <w:rPr>
                <w:sz w:val="16"/>
                <w:lang w:val="pt-BR"/>
              </w:rPr>
              <w:lastRenderedPageBreak/>
              <w:t>Nota 0: texto desorganizado ou incoerente, com problemas recorrentes de redação que comprometam significativamente sua compreensão ou a avaliação do Plano de Trabalho.</w:t>
            </w:r>
          </w:p>
        </w:tc>
      </w:tr>
    </w:tbl>
    <w:p w14:paraId="60280236" w14:textId="77777777" w:rsidR="003C0182" w:rsidRDefault="003C0182" w:rsidP="002C5251">
      <w:pPr>
        <w:spacing w:before="200"/>
        <w:jc w:val="both"/>
        <w:rPr>
          <w:b/>
          <w:lang w:val="pt-BR"/>
        </w:rPr>
      </w:pPr>
    </w:p>
    <w:p w14:paraId="7654A71F" w14:textId="110AA351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9. CHECKLIST DO(A) CANDIDATO(A)</w:t>
      </w:r>
    </w:p>
    <w:p w14:paraId="289C51BD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Identifiquei corretamente o projeto de pesquisa e mantive seu título oficial.</w:t>
      </w:r>
    </w:p>
    <w:p w14:paraId="0FF894B5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Expliquei minha afinidade acadêmica, temática ou formativa com o projeto.</w:t>
      </w:r>
    </w:p>
    <w:p w14:paraId="4E6D9D73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Descrevi atividades concretas que pretendo desenvolver.</w:t>
      </w:r>
    </w:p>
    <w:p w14:paraId="5E3E195F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Indiquei procedimentos, estratégias e etapas de trabalho compatíveis com o projeto.</w:t>
      </w:r>
    </w:p>
    <w:p w14:paraId="0F602E20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Demonstrei a relevância científica, acadêmica e social da pesquisa e, quando pertinente, sua inserção local/regional.</w:t>
      </w:r>
    </w:p>
    <w:p w14:paraId="77D64894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Expliquei minhas contribuições esperadas para o projeto e para minha formação.</w:t>
      </w:r>
    </w:p>
    <w:p w14:paraId="72AB567D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Verifiquei a coerência entre objetivos, atividades e procedimentos.</w:t>
      </w:r>
    </w:p>
    <w:p w14:paraId="3221FC03" w14:textId="77777777" w:rsidR="00250C3B" w:rsidRPr="00023975" w:rsidRDefault="00055877" w:rsidP="002C5251">
      <w:pPr>
        <w:jc w:val="both"/>
        <w:rPr>
          <w:lang w:val="pt-BR"/>
        </w:rPr>
      </w:pPr>
      <w:r w:rsidRPr="00023975">
        <w:rPr>
          <w:lang w:val="pt-BR"/>
        </w:rPr>
        <w:t>☐</w:t>
      </w:r>
      <w:r w:rsidRPr="00023975">
        <w:rPr>
          <w:lang w:val="pt-BR"/>
        </w:rPr>
        <w:t xml:space="preserve"> Revisei a clareza, a coesão, a norma-padrão e a linguagem acadêmico-científica do texto.</w:t>
      </w:r>
    </w:p>
    <w:p w14:paraId="16FB7B4E" w14:textId="77777777" w:rsidR="003C0182" w:rsidRDefault="003C0182" w:rsidP="002C5251">
      <w:pPr>
        <w:spacing w:before="200"/>
        <w:jc w:val="both"/>
        <w:rPr>
          <w:b/>
          <w:lang w:val="pt-BR"/>
        </w:rPr>
      </w:pPr>
    </w:p>
    <w:p w14:paraId="5CCDC9A4" w14:textId="79E9BCC3" w:rsidR="00250C3B" w:rsidRPr="00023975" w:rsidRDefault="00055877" w:rsidP="002C5251">
      <w:pPr>
        <w:spacing w:before="200"/>
        <w:jc w:val="both"/>
        <w:rPr>
          <w:lang w:val="pt-BR"/>
        </w:rPr>
      </w:pPr>
      <w:r w:rsidRPr="00023975">
        <w:rPr>
          <w:b/>
          <w:lang w:val="pt-BR"/>
        </w:rPr>
        <w:t>OBSERVAÇÃO FINAL</w:t>
      </w:r>
    </w:p>
    <w:p w14:paraId="5DBD8E84" w14:textId="77777777" w:rsidR="00250C3B" w:rsidRPr="00023975" w:rsidRDefault="00055877" w:rsidP="002C5251">
      <w:pPr>
        <w:ind w:firstLine="709"/>
        <w:jc w:val="both"/>
        <w:rPr>
          <w:lang w:val="pt-BR"/>
        </w:rPr>
      </w:pPr>
      <w:r w:rsidRPr="00023975">
        <w:rPr>
          <w:lang w:val="pt-BR"/>
        </w:rPr>
        <w:t>O Plano de Trabalho deve constituir uma proposta individual de atuação do(a) estudante dentro do projeto de pesquisa indicado. A qualidade do plano depende menos da extensão do texto do que da capacidade de estabelecer relações claras entre o projeto, as atividades propostas, os procedimentos metodológicos, a relevância da pesquisa e a formação acadêmico-científica do(a) candidato(a).</w:t>
      </w:r>
    </w:p>
    <w:sectPr w:rsidR="00250C3B" w:rsidRPr="00023975" w:rsidSect="00034616">
      <w:headerReference w:type="default" r:id="rId8"/>
      <w:footerReference w:type="default" r:id="rId9"/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AE7D5" w14:textId="77777777" w:rsidR="00055877" w:rsidRDefault="00055877">
      <w:pPr>
        <w:spacing w:after="0" w:line="240" w:lineRule="auto"/>
      </w:pPr>
      <w:r>
        <w:separator/>
      </w:r>
    </w:p>
  </w:endnote>
  <w:endnote w:type="continuationSeparator" w:id="0">
    <w:p w14:paraId="55F24A48" w14:textId="77777777" w:rsidR="00055877" w:rsidRDefault="00055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FB64" w14:textId="77777777" w:rsidR="00250C3B" w:rsidRPr="00023975" w:rsidRDefault="00055877">
    <w:pPr>
      <w:pStyle w:val="Rodap"/>
      <w:jc w:val="center"/>
      <w:rPr>
        <w:lang w:val="pt-BR"/>
      </w:rPr>
    </w:pPr>
    <w:r w:rsidRPr="00023975">
      <w:rPr>
        <w:sz w:val="18"/>
        <w:lang w:val="pt-BR"/>
      </w:rPr>
      <w:t>PIBIC/PIVIC – Centro Universitário Alfredo Nasser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A0D9D" w14:textId="77777777" w:rsidR="00055877" w:rsidRDefault="00055877">
      <w:pPr>
        <w:spacing w:after="0" w:line="240" w:lineRule="auto"/>
      </w:pPr>
      <w:r>
        <w:separator/>
      </w:r>
    </w:p>
  </w:footnote>
  <w:footnote w:type="continuationSeparator" w:id="0">
    <w:p w14:paraId="657E4425" w14:textId="77777777" w:rsidR="00055877" w:rsidRDefault="00055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ACE7" w14:textId="4234AB4E" w:rsidR="00023975" w:rsidRPr="000C11F5" w:rsidRDefault="00023975" w:rsidP="00023975">
    <w:pPr>
      <w:pStyle w:val="Cabealho"/>
      <w:jc w:val="right"/>
      <w:rPr>
        <w:b/>
        <w:bCs/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BDDDF9E" wp14:editId="29D86EAA">
          <wp:simplePos x="0" y="0"/>
          <wp:positionH relativeFrom="column">
            <wp:posOffset>-1905</wp:posOffset>
          </wp:positionH>
          <wp:positionV relativeFrom="paragraph">
            <wp:posOffset>-1905</wp:posOffset>
          </wp:positionV>
          <wp:extent cx="1231900" cy="646430"/>
          <wp:effectExtent l="0" t="0" r="6350" b="0"/>
          <wp:wrapSquare wrapText="bothSides"/>
          <wp:docPr id="1" name="Imagem 1" descr="Desenho de uma plac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Desenho de uma placa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90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center" w:leader="none"/>
    </w:r>
    <w:r>
      <w:ptab w:relativeTo="margin" w:alignment="right" w:leader="none"/>
    </w:r>
    <w:r w:rsidRPr="000C11F5">
      <w:rPr>
        <w:b/>
        <w:bCs/>
        <w:lang w:val="pt-BR"/>
      </w:rPr>
      <w:t xml:space="preserve"> Centro Universitário Alfredo Nasser</w:t>
    </w:r>
  </w:p>
  <w:p w14:paraId="76C0E4B2" w14:textId="77777777" w:rsidR="00023975" w:rsidRPr="000C11F5" w:rsidRDefault="00023975" w:rsidP="00023975">
    <w:pPr>
      <w:pStyle w:val="Cabealho"/>
      <w:jc w:val="right"/>
      <w:rPr>
        <w:sz w:val="18"/>
        <w:lang w:val="pt-BR"/>
      </w:rPr>
    </w:pPr>
    <w:r w:rsidRPr="000C11F5">
      <w:rPr>
        <w:sz w:val="18"/>
        <w:lang w:val="pt-BR"/>
      </w:rPr>
      <w:t>Av. Bela Vista, nº 26 - Jardim das Esmeraldas</w:t>
    </w:r>
  </w:p>
  <w:p w14:paraId="61126524" w14:textId="77777777" w:rsidR="00023975" w:rsidRPr="000C11F5" w:rsidRDefault="00023975" w:rsidP="00023975">
    <w:pPr>
      <w:pStyle w:val="Cabealho"/>
      <w:jc w:val="right"/>
      <w:rPr>
        <w:sz w:val="18"/>
        <w:lang w:val="pt-BR"/>
      </w:rPr>
    </w:pPr>
    <w:r w:rsidRPr="000C11F5">
      <w:rPr>
        <w:sz w:val="19"/>
        <w:lang w:val="pt-BR"/>
      </w:rPr>
      <w:t xml:space="preserve">CEP: 74905-020 – </w:t>
    </w:r>
    <w:r w:rsidRPr="000C11F5">
      <w:rPr>
        <w:sz w:val="18"/>
        <w:lang w:val="pt-BR"/>
      </w:rPr>
      <w:t>Aparecida de Goiânia - GO</w:t>
    </w:r>
  </w:p>
  <w:p w14:paraId="19BF0640" w14:textId="77777777" w:rsidR="00023975" w:rsidRPr="000C11F5" w:rsidRDefault="00023975" w:rsidP="00023975">
    <w:pPr>
      <w:pStyle w:val="Cabealho"/>
      <w:jc w:val="right"/>
      <w:rPr>
        <w:sz w:val="18"/>
        <w:lang w:val="pt-BR"/>
      </w:rPr>
    </w:pPr>
    <w:r w:rsidRPr="000C11F5">
      <w:rPr>
        <w:sz w:val="18"/>
        <w:lang w:val="pt-BR"/>
      </w:rPr>
      <w:t xml:space="preserve">Telefax: (62) 3280-9494 </w:t>
    </w:r>
  </w:p>
  <w:p w14:paraId="054A5340" w14:textId="2E01180B" w:rsidR="00023975" w:rsidRDefault="00023975" w:rsidP="00023975">
    <w:pPr>
      <w:pStyle w:val="Cabealho"/>
      <w:jc w:val="right"/>
    </w:pPr>
    <w:hyperlink r:id="rId2" w:history="1">
      <w:r w:rsidRPr="00E56C20">
        <w:rPr>
          <w:rStyle w:val="Hyperlink"/>
          <w:sz w:val="18"/>
        </w:rPr>
        <w:t>www.unifan.edu.br</w:t>
      </w:r>
    </w:hyperlink>
  </w:p>
  <w:p w14:paraId="0D25E95A" w14:textId="3A987196" w:rsidR="00250C3B" w:rsidRPr="00023975" w:rsidRDefault="00250C3B">
    <w:pPr>
      <w:pStyle w:val="Cabealho"/>
      <w:jc w:val="right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945963">
    <w:abstractNumId w:val="8"/>
  </w:num>
  <w:num w:numId="2" w16cid:durableId="917638644">
    <w:abstractNumId w:val="6"/>
  </w:num>
  <w:num w:numId="3" w16cid:durableId="1853838466">
    <w:abstractNumId w:val="5"/>
  </w:num>
  <w:num w:numId="4" w16cid:durableId="2113432293">
    <w:abstractNumId w:val="4"/>
  </w:num>
  <w:num w:numId="5" w16cid:durableId="542136350">
    <w:abstractNumId w:val="7"/>
  </w:num>
  <w:num w:numId="6" w16cid:durableId="1715689789">
    <w:abstractNumId w:val="3"/>
  </w:num>
  <w:num w:numId="7" w16cid:durableId="758258843">
    <w:abstractNumId w:val="2"/>
  </w:num>
  <w:num w:numId="8" w16cid:durableId="1899658637">
    <w:abstractNumId w:val="1"/>
  </w:num>
  <w:num w:numId="9" w16cid:durableId="153815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975"/>
    <w:rsid w:val="00034616"/>
    <w:rsid w:val="00055877"/>
    <w:rsid w:val="0006063C"/>
    <w:rsid w:val="0015074B"/>
    <w:rsid w:val="001E3EAC"/>
    <w:rsid w:val="00217124"/>
    <w:rsid w:val="00250C3B"/>
    <w:rsid w:val="0029639D"/>
    <w:rsid w:val="002C5251"/>
    <w:rsid w:val="00326F90"/>
    <w:rsid w:val="003C0182"/>
    <w:rsid w:val="008D3706"/>
    <w:rsid w:val="00914BEE"/>
    <w:rsid w:val="00963603"/>
    <w:rsid w:val="00992963"/>
    <w:rsid w:val="009F11EC"/>
    <w:rsid w:val="009F4322"/>
    <w:rsid w:val="00AA1D8D"/>
    <w:rsid w:val="00B47730"/>
    <w:rsid w:val="00CB0664"/>
    <w:rsid w:val="00EE2E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AFC4DE7-2743-4781-B03E-EA8F3337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0239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fan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1250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MARCOS CRISTIANO DOS REIS</cp:lastModifiedBy>
  <cp:revision>12</cp:revision>
  <dcterms:created xsi:type="dcterms:W3CDTF">2013-12-23T23:15:00Z</dcterms:created>
  <dcterms:modified xsi:type="dcterms:W3CDTF">2026-09-10T18:21:00Z</dcterms:modified>
  <cp:category/>
</cp:coreProperties>
</file>